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ASHFAQ ALI ZARDARI</w:t>
      </w:r>
    </w:p>
    <w:p>
      <w:pPr>
        <w:spacing w:after="40"/>
      </w:pPr>
      <w:r>
        <w:rPr>
          <w:b/>
          <w:color w:val="006970"/>
          <w:sz w:val="20"/>
        </w:rPr>
        <w:t>SOFTWARE ENGINEER | ENTREPRENEUR | STUDENT LEADER</w:t>
      </w:r>
    </w:p>
    <w:p>
      <w:pPr>
        <w:spacing w:after="100"/>
      </w:pPr>
      <w:r>
        <w:rPr>
          <w:color w:val="56626E"/>
          <w:sz w:val="17"/>
        </w:rPr>
        <w:t>Karachi, Pakistan | +92 330 806 0604 | info@ashfaqalizardaristore.co</w:t>
      </w:r>
    </w:p>
    <w:p>
      <w:pPr>
        <w:spacing w:after="100"/>
      </w:pPr>
      <w:r>
        <w:rPr>
          <w:color w:val="56626E"/>
          <w:sz w:val="17"/>
        </w:rPr>
        <w:t>LinkedIn: linkedin.com/in/AshfaqAliZardariStore | GitHub: github.com/AshfaqAliZardariStoreInc | ashfaqalizardaristore.co</w:t>
      </w:r>
    </w:p>
    <w:p>
      <w:pPr>
        <w:pStyle w:val="Heading1"/>
      </w:pPr>
      <w:r>
        <w:t>PROFILE</w:t>
      </w:r>
    </w:p>
    <w:p>
      <w:r>
        <w:t>Ashfaq Ali Zardari is a Pakistani software engineer, entrepreneur, and student leader based in Karachi. His professional engineering experience spans .NET application development, APIs, Microsoft SQL Server, payment integrations, booking and dispatch systems, assessment software, and learning platforms. He is the founder and CEO of Ashfaq Ali Zardari Store LLP, a software company established in Karachi in 2023, and develops independent mobile products for everyday use.</w:t>
      </w:r>
    </w:p>
    <w:p>
      <w:pPr>
        <w:pStyle w:val="Heading1"/>
      </w:pPr>
      <w:r>
        <w:t>PROFESSIONAL EXPERIENCE</w:t>
      </w:r>
    </w:p>
    <w:p>
      <w:pPr>
        <w:keepNext/>
        <w:spacing w:before="80" w:after="20"/>
      </w:pPr>
      <w:r>
        <w:rPr>
          <w:b/>
          <w:color w:val="193049"/>
        </w:rPr>
        <w:t>Senior Software Engineer</w:t>
      </w:r>
      <w:r>
        <w:rPr>
          <w:color w:val="56626E"/>
          <w:sz w:val="18"/>
        </w:rPr>
        <w:t xml:space="preserve"> | Eurosoft Tech | 2023 - 2025</w:t>
      </w:r>
    </w:p>
    <w:p>
      <w:pPr>
        <w:pStyle w:val="ListBullet"/>
      </w:pPr>
      <w:r>
        <w:t>Worked on .NET 8 payment and booking systems, including k0nnect.com and k0nneCT Pay, with ASP.NET Core Web API and MVC components.</w:t>
      </w:r>
    </w:p>
    <w:p>
      <w:pPr>
        <w:pStyle w:val="ListBullet"/>
      </w:pPr>
      <w:r>
        <w:t>Contributed to supplier, client, account, payment, transaction, and reporting workflows; authentication and permission-aware access; and integrations with payment and third-party services.</w:t>
      </w:r>
    </w:p>
    <w:p>
      <w:pPr>
        <w:pStyle w:val="ListBullet"/>
      </w:pPr>
      <w:r>
        <w:t>Built and deployed more than 30 custom web bookers and supported transportation and dispatch projects.</w:t>
      </w:r>
    </w:p>
    <w:p>
      <w:pPr>
        <w:keepNext/>
        <w:spacing w:before="80" w:after="20"/>
      </w:pPr>
      <w:r>
        <w:rPr>
          <w:b/>
          <w:color w:val="193049"/>
        </w:rPr>
        <w:t>.NET Developer</w:t>
      </w:r>
      <w:r>
        <w:rPr>
          <w:color w:val="56626E"/>
          <w:sz w:val="18"/>
        </w:rPr>
        <w:t xml:space="preserve"> | TechSol360 | 2020 - 2023</w:t>
      </w:r>
    </w:p>
    <w:p>
      <w:pPr>
        <w:pStyle w:val="ListBullet"/>
      </w:pPr>
      <w:r>
        <w:t>Developed API features for an ACCA examination system and contributed to a learning management system.</w:t>
      </w:r>
    </w:p>
    <w:p>
      <w:pPr>
        <w:pStyle w:val="ListBullet"/>
      </w:pPr>
      <w:r>
        <w:t>Maintained property-management, reporting, finance, accounts, and ledger features for a .NET administration panel.</w:t>
      </w:r>
    </w:p>
    <w:p>
      <w:pPr>
        <w:pStyle w:val="Heading1"/>
      </w:pPr>
      <w:r>
        <w:t>LEADERSHIP AND ENTREPRENEURSHIP</w:t>
      </w:r>
    </w:p>
    <w:p>
      <w:pPr>
        <w:keepNext/>
        <w:spacing w:before="80" w:after="20"/>
      </w:pPr>
      <w:r>
        <w:rPr>
          <w:b/>
          <w:color w:val="193049"/>
        </w:rPr>
        <w:t>Founder and CEO</w:t>
      </w:r>
      <w:r>
        <w:rPr>
          <w:color w:val="56626E"/>
          <w:sz w:val="18"/>
        </w:rPr>
        <w:t xml:space="preserve"> | Ashfaq Ali Zardari Store LLP | Founded 2023</w:t>
      </w:r>
    </w:p>
    <w:p>
      <w:pPr>
        <w:pStyle w:val="ListBullet"/>
      </w:pPr>
      <w:r>
        <w:t>Leads a Karachi-based software company focused on practical digital products and software services.</w:t>
      </w:r>
    </w:p>
    <w:p>
      <w:pPr>
        <w:keepNext/>
        <w:spacing w:before="80" w:after="20"/>
      </w:pPr>
      <w:r>
        <w:rPr>
          <w:b/>
          <w:color w:val="193049"/>
        </w:rPr>
        <w:t>Founder and President</w:t>
      </w:r>
      <w:r>
        <w:rPr>
          <w:color w:val="56626E"/>
          <w:sz w:val="18"/>
        </w:rPr>
        <w:t xml:space="preserve"> | SZABIST Future Software Developers Club (SFSDC), under SSC SZABIST | 2026 - 2027</w:t>
      </w:r>
    </w:p>
    <w:p>
      <w:pPr>
        <w:pStyle w:val="ListBullet"/>
      </w:pPr>
      <w:r>
        <w:t>Established a student community centered on applied software learning, workshops, programming, hackathons, industry connections, and project incubation.</w:t>
      </w:r>
    </w:p>
    <w:p>
      <w:pPr>
        <w:keepNext/>
        <w:spacing w:before="80" w:after="20"/>
      </w:pPr>
      <w:r>
        <w:rPr>
          <w:b/>
          <w:color w:val="193049"/>
        </w:rPr>
        <w:t>President / Chairperson</w:t>
      </w:r>
      <w:r>
        <w:rPr>
          <w:color w:val="56626E"/>
          <w:sz w:val="18"/>
        </w:rPr>
        <w:t xml:space="preserve"> | ASME SZABIST Chapter | 2025 - 2026</w:t>
      </w:r>
    </w:p>
    <w:p>
      <w:pPr>
        <w:pStyle w:val="ListBullet"/>
      </w:pPr>
      <w:r>
        <w:t>Led student chapter activities, including technical events and student engagement.</w:t>
      </w:r>
    </w:p>
    <w:p>
      <w:pPr>
        <w:pStyle w:val="Heading1"/>
      </w:pPr>
      <w:r>
        <w:t>AREAS OF EXPERTISE</w:t>
      </w:r>
    </w:p>
    <w:p>
      <w:r>
        <w:t>Software engineering and .NET development; C#; ASP.NET Core MVC and Web API; Microsoft SQL Server; Entity Framework; REST and SOAP APIs; Swagger / OpenAPI; JWT authentication; role- and permission-based authorization; payment and booking integrations; administrative systems; Android product development; technical leadership and community building.</w:t>
      </w:r>
    </w:p>
    <w:p>
      <w:pPr>
        <w:pStyle w:val="Heading1"/>
      </w:pPr>
      <w:r>
        <w:t>SELECTED WORK</w:t>
      </w:r>
    </w:p>
    <w:p>
      <w:pPr>
        <w:pStyle w:val="ListBullet"/>
      </w:pPr>
      <w:r>
        <w:t>k0nnect.com and k0nneCT Pay: payment, account, booking, and administration workflows built with .NET 8.</w:t>
      </w:r>
    </w:p>
    <w:p>
      <w:pPr>
        <w:pStyle w:val="ListBullet"/>
      </w:pPr>
      <w:r>
        <w:t>Custom web bookers: more than 30 web booking systems built and deployed during the Eurosoft Tech role.</w:t>
      </w:r>
    </w:p>
    <w:p>
      <w:pPr>
        <w:pStyle w:val="ListBullet"/>
      </w:pPr>
      <w:r>
        <w:t>Education and business systems: ACCA examination API, learning management system, and property-management administration features.</w:t>
      </w:r>
    </w:p>
    <w:p>
      <w:pPr>
        <w:pStyle w:val="ListBullet"/>
      </w:pPr>
      <w:r>
        <w:t>Independent Android products: Ledgr, Islamic Tasbih Counter, Salah (Prayer) Times, AAZ Browser, and Noor ul Quran - Quran Videos.</w:t>
      </w:r>
    </w:p>
    <w:p>
      <w:pPr>
        <w:pStyle w:val="Heading1"/>
      </w:pPr>
      <w:r>
        <w:t>EDUCATION</w:t>
      </w:r>
    </w:p>
    <w:p>
      <w:r>
        <w:t>Bachelor of Science in Computer Science | SZABIST University, Karachi</w:t>
      </w:r>
    </w:p>
    <w:p>
      <w:r>
        <w:t>Diploma in Software Engineering | Aptech Learning</w:t>
      </w:r>
    </w:p>
    <w:sectPr w:rsidR="00FC693F" w:rsidRPr="0006063C" w:rsidSect="00034616">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color w:val="193049"/>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00697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193049"/>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rial" w:hAnsi="Arial"/>
      <w:b/>
      <w:color w:val="193049"/>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ind w:left="288" w:hanging="173"/>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Ashfaq Ali Zardari - Professional Profile</dc:title>
  <dc:subject>Professional profile</dc:subject>
  <dc:creator>Ashfaq Ali Zardari</dc:creator>
  <cp:keywords>Ashfaq Ali Zardari, software engineer, .NET, C#, ATS, professional profile</cp:keywords>
  <dc:description>generated by python-docx</dc:description>
  <cp:lastModifiedBy/>
  <cp:revision>1</cp:revision>
  <dcterms:created xsi:type="dcterms:W3CDTF">2013-12-23T23:15:00Z</dcterms:created>
  <dcterms:modified xsi:type="dcterms:W3CDTF">2013-12-23T23:15:00Z</dcterms:modified>
  <cp:category/>
</cp:coreProperties>
</file>