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ASHFAQ ALI ZARDARI</w:t>
      </w:r>
    </w:p>
    <w:p>
      <w:pPr>
        <w:spacing w:after="40"/>
      </w:pPr>
      <w:r>
        <w:rPr>
          <w:b/>
          <w:color w:val="006970"/>
          <w:sz w:val="20"/>
        </w:rPr>
        <w:t>SENIOR SOFTWARE ENGINEER | .NET DEVELOPER</w:t>
      </w:r>
    </w:p>
    <w:p>
      <w:pPr>
        <w:spacing w:after="100"/>
      </w:pPr>
      <w:r>
        <w:rPr>
          <w:color w:val="56626E"/>
          <w:sz w:val="17"/>
        </w:rPr>
        <w:t>Karachi, Pakistan | +92 330 806 0604 | info@ashfaqalizardaristore.co</w:t>
      </w:r>
    </w:p>
    <w:p>
      <w:pPr>
        <w:spacing w:after="100"/>
      </w:pPr>
      <w:r>
        <w:rPr>
          <w:color w:val="56626E"/>
          <w:sz w:val="17"/>
        </w:rPr>
        <w:t>LinkedIn: linkedin.com/in/AshfaqAliZardariStore | GitHub: github.com/AshfaqAliZardariStoreInc | ashfaqalizardaristore.co</w:t>
      </w:r>
    </w:p>
    <w:p>
      <w:pPr>
        <w:pStyle w:val="Heading1"/>
      </w:pPr>
      <w:r>
        <w:t>PROFESSIONAL SUMMARY</w:t>
      </w:r>
    </w:p>
    <w:p>
      <w:r>
        <w:t>Senior Software Engineer and .NET developer with professional experience delivering web APIs, payment and booking workflows, administrative platforms, assessment systems, and learning software. Hands-on background with C#, .NET / ASP.NET Core, Microsoft SQL Server, REST APIs, authentication and authorization, and third-party integrations. Also leads an independent software company and builds mobile products and student technology communities in Karachi, Pakistan.</w:t>
      </w:r>
    </w:p>
    <w:p>
      <w:pPr>
        <w:pStyle w:val="Heading1"/>
      </w:pPr>
      <w:r>
        <w:t>CORE TECHNICAL SKILLS</w:t>
      </w:r>
    </w:p>
    <w:p>
      <w:pPr>
        <w:spacing w:after="40"/>
      </w:pPr>
      <w:r>
        <w:rPr>
          <w:b/>
        </w:rPr>
        <w:t xml:space="preserve">Languages and frameworks: </w:t>
      </w:r>
      <w:r>
        <w:t>C#, .NET 8, .NET Core, .NET Framework, ASP.NET Core MVC, ASP.NET Core Web API, Web Forms / ASPX</w:t>
      </w:r>
    </w:p>
    <w:p>
      <w:pPr>
        <w:spacing w:after="40"/>
      </w:pPr>
      <w:r>
        <w:rPr>
          <w:b/>
        </w:rPr>
        <w:t xml:space="preserve">Data and API: </w:t>
      </w:r>
      <w:r>
        <w:t>Microsoft SQL Server, Entity Framework, REST APIs, SOAP integrations, Swagger / OpenAPI</w:t>
      </w:r>
    </w:p>
    <w:p>
      <w:pPr>
        <w:spacing w:after="40"/>
      </w:pPr>
      <w:r>
        <w:rPr>
          <w:b/>
        </w:rPr>
        <w:t xml:space="preserve">Application engineering: </w:t>
      </w:r>
      <w:r>
        <w:t>JWT authentication, role- and permission-based authorization, payment integrations, booking systems, account management, transaction workflows, reporting, localization</w:t>
      </w:r>
    </w:p>
    <w:p>
      <w:pPr>
        <w:spacing w:after="40"/>
      </w:pPr>
      <w:r>
        <w:rPr>
          <w:b/>
        </w:rPr>
        <w:t xml:space="preserve">Product domains: </w:t>
      </w:r>
      <w:r>
        <w:t>Fintech and payments, web booking and dispatch, education technology, property management, Android mobile products</w:t>
      </w:r>
    </w:p>
    <w:p>
      <w:pPr>
        <w:pStyle w:val="Heading1"/>
      </w:pPr>
      <w:r>
        <w:t>PROFESSIONAL EXPERIENCE</w:t>
      </w:r>
    </w:p>
    <w:p>
      <w:pPr>
        <w:keepNext/>
        <w:spacing w:before="80" w:after="20"/>
      </w:pPr>
      <w:r>
        <w:rPr>
          <w:b/>
          <w:color w:val="193049"/>
        </w:rPr>
        <w:t>Senior Software Engineer</w:t>
      </w:r>
      <w:r>
        <w:rPr>
          <w:color w:val="56626E"/>
          <w:sz w:val="18"/>
        </w:rPr>
        <w:t xml:space="preserve"> | Eurosoft Tech | 31 August 2023 - 22 April 2025</w:t>
      </w:r>
    </w:p>
    <w:p>
      <w:pPr>
        <w:pStyle w:val="ListBullet"/>
      </w:pPr>
      <w:r>
        <w:t>Co-developed k0nnect.com and k0nneCT Pay, two .NET 8 systems comprising an ASP.NET Core Web API and an MVC administration panel.</w:t>
      </w:r>
    </w:p>
    <w:p>
      <w:pPr>
        <w:pStyle w:val="ListBullet"/>
      </w:pPr>
      <w:r>
        <w:t>Built API and administrative workflows for suppliers, clients, accounts, bookings, payment operations, transactions, users, terminals, and reporting.</w:t>
      </w:r>
    </w:p>
    <w:p>
      <w:pPr>
        <w:pStyle w:val="ListBullet"/>
      </w:pPr>
      <w:r>
        <w:t>Implemented JWT-based authentication and role- and permission-aware authorization across API and administrative workflows; documented APIs with Swagger / OpenAPI.</w:t>
      </w:r>
    </w:p>
    <w:p>
      <w:pPr>
        <w:pStyle w:val="ListBullet"/>
      </w:pPr>
      <w:r>
        <w:t>Worked on Stripe-connected test and live payment flows, database-backed transaction records, and integrations for transport, messaging, and booking projects.</w:t>
      </w:r>
    </w:p>
    <w:p>
      <w:pPr>
        <w:pStyle w:val="ListBullet"/>
      </w:pPr>
      <w:r>
        <w:t>Built and deployed more than 30 custom web bookers and contributed to client booking, dispatch, and transportation applications.</w:t>
      </w:r>
    </w:p>
    <w:p>
      <w:pPr>
        <w:keepNext/>
        <w:spacing w:before="80" w:after="20"/>
      </w:pPr>
      <w:r>
        <w:rPr>
          <w:b/>
          <w:color w:val="193049"/>
        </w:rPr>
        <w:t>.NET Developer</w:t>
      </w:r>
      <w:r>
        <w:rPr>
          <w:color w:val="56626E"/>
          <w:sz w:val="18"/>
        </w:rPr>
        <w:t xml:space="preserve"> | TechSol360 | 2020 - 2023</w:t>
      </w:r>
    </w:p>
    <w:p>
      <w:pPr>
        <w:pStyle w:val="ListBullet"/>
      </w:pPr>
      <w:r>
        <w:t>Engineered API functionality for an ACCA exam testing system.</w:t>
      </w:r>
    </w:p>
    <w:p>
      <w:pPr>
        <w:pStyle w:val="ListBullet"/>
      </w:pPr>
      <w:r>
        <w:t>Maintained a .NET property-management administration panel for Sweet Enterprises, including reporting, finance, accounts, and ledger workflows.</w:t>
      </w:r>
    </w:p>
    <w:p>
      <w:pPr>
        <w:pStyle w:val="ListBullet"/>
      </w:pPr>
      <w:r>
        <w:t>Contributed to the development and maintenance of an enterprise learning management system.</w:t>
      </w:r>
    </w:p>
    <w:p>
      <w:pPr>
        <w:pStyle w:val="Heading1"/>
      </w:pPr>
      <w:r>
        <w:t>LEADERSHIP AND COMMUNITY</w:t>
      </w:r>
    </w:p>
    <w:p>
      <w:pPr>
        <w:keepNext/>
        <w:spacing w:before="80" w:after="20"/>
      </w:pPr>
      <w:r>
        <w:rPr>
          <w:b/>
          <w:color w:val="193049"/>
        </w:rPr>
        <w:t>Founder and President</w:t>
      </w:r>
      <w:r>
        <w:rPr>
          <w:color w:val="56626E"/>
          <w:sz w:val="18"/>
        </w:rPr>
        <w:t xml:space="preserve"> | SZABIST Future Software Developers Club (SFSDC), Student Societies Council (SSC), SZABIST | 2026 - 2027</w:t>
      </w:r>
    </w:p>
    <w:p>
      <w:pPr>
        <w:pStyle w:val="ListBullet"/>
      </w:pPr>
      <w:r>
        <w:t>Founded a student technology community focused on practical software skills, workshops, programming activities, hackathons, industry connections, and project incubation.</w:t>
      </w:r>
    </w:p>
    <w:p>
      <w:pPr>
        <w:keepNext/>
        <w:spacing w:before="80" w:after="20"/>
      </w:pPr>
      <w:r>
        <w:rPr>
          <w:b/>
          <w:color w:val="193049"/>
        </w:rPr>
        <w:t>President / Chairperson</w:t>
      </w:r>
      <w:r>
        <w:rPr>
          <w:color w:val="56626E"/>
          <w:sz w:val="18"/>
        </w:rPr>
        <w:t xml:space="preserve"> | ASME SZABIST Chapter | 2025 - 2026</w:t>
      </w:r>
    </w:p>
    <w:p>
      <w:pPr>
        <w:pStyle w:val="ListBullet"/>
      </w:pPr>
      <w:r>
        <w:t>Led the university student chapter and supported technical events and student engagement.</w:t>
      </w:r>
    </w:p>
    <w:p>
      <w:pPr>
        <w:pStyle w:val="Heading1"/>
      </w:pPr>
      <w:r>
        <w:t>EDUCATION</w:t>
      </w:r>
    </w:p>
    <w:p>
      <w:r>
        <w:t>Bachelor of Science in Computer Science | SZABIST University, Karachi</w:t>
      </w:r>
    </w:p>
    <w:p>
      <w:r>
        <w:t>Diploma in Software Engineering | Aptech Learning</w:t>
      </w:r>
    </w:p>
    <w:p>
      <w:pPr>
        <w:pStyle w:val="Heading1"/>
      </w:pPr>
      <w:r>
        <w:t>SELECTED PRODUCTS AND INITIATIVES</w:t>
      </w:r>
    </w:p>
    <w:p>
      <w:r>
        <w:t>Founded and leads Ashfaq Ali Zardari Store LLP, a Karachi-based software company established in 2023. Independently published Android products include Ledgr: Offline Finance Ledger, Islamic Tasbih Counter, Salah (Prayer) Times, AAZ Browser, and Noor ul Quran - Quran Videos.</w:t>
      </w:r>
    </w:p>
    <w:sectPr w:rsidR="00FC693F" w:rsidRPr="0006063C" w:rsidSect="00034616">
      <w:pgSz w:w="12240" w:h="15840"/>
      <w:pgMar w:top="893" w:right="1123" w:bottom="893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193049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697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9304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93049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ind w:left="288" w:hanging="173"/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Ashfaq Ali Zardari - ATS CV</dc:title>
  <dc:subject>ATS-friendly curriculum vitae</dc:subject>
  <dc:creator>Ashfaq Ali Zardari</dc:creator>
  <cp:keywords>Ashfaq Ali Zardari, software engineer, .NET, C#, ATS, professional profile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